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Hasta Ön Değerlendirme Formu</w:t>
      </w:r>
    </w:p>
    <w:p>
      <w:r>
        <w:rPr>
          <w:color w:val="1260A8"/>
          <w:sz w:val="20"/>
        </w:rPr>
        <w:t>[Klinik adı]</w:t>
      </w:r>
      <w:r>
        <w:rPr>
          <w:color w:val="4E6070"/>
          <w:sz w:val="20"/>
        </w:rPr>
        <w:t xml:space="preserve">  ·  </w:t>
      </w:r>
      <w:r>
        <w:rPr>
          <w:color w:val="1260A8"/>
          <w:sz w:val="20"/>
        </w:rPr>
        <w:t>[Adres]</w:t>
      </w:r>
      <w:r>
        <w:rPr>
          <w:color w:val="4E6070"/>
          <w:sz w:val="20"/>
        </w:rPr>
        <w:t xml:space="preserve">  ·  </w:t>
      </w:r>
      <w:r>
        <w:rPr>
          <w:color w:val="1260A8"/>
          <w:sz w:val="20"/>
        </w:rPr>
        <w:t>[Telefon / WhatsApp]</w:t>
      </w:r>
      <w:r>
        <w:rPr>
          <w:color w:val="4E6070"/>
          <w:sz w:val="20"/>
        </w:rPr>
        <w:t xml:space="preserve">  ·  </w:t>
      </w:r>
      <w:r>
        <w:rPr>
          <w:color w:val="1260A8"/>
          <w:sz w:val="20"/>
        </w:rPr>
        <w:t>[E-posta]</w:t>
      </w:r>
    </w:p>
    <w:tbl>
      <w:tblPr>
        <w:tblW w:type="dxa" w:w="9639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tcBorders>
              <w:left w:val="single" w:sz="24" w:space="0" w:color="1260A8"/>
            </w:tcBorders>
            <w:shd w:val="clear" w:color="auto" w:fill="EEF5FC"/>
          </w:tcPr>
          <w:p>
            <w:pPr>
              <w:spacing w:before="80"/>
            </w:pPr>
            <w:r>
              <w:rPr>
                <w:b/>
                <w:color w:val="0B1F33"/>
              </w:rPr>
              <w:t>Bu form ne için?</w:t>
            </w:r>
          </w:p>
          <w:p>
            <w:pPr>
              <w:spacing w:after="80"/>
            </w:pPr>
            <w:r>
              <w:rPr>
                <w:color w:val="0B1F33"/>
                <w:sz w:val="19"/>
              </w:rPr>
              <w:t>Bu form, hekimimizin size uygun tedavi seçeneklerini değerlendirebilmesi için bilgi toplar. Tıbbi tavsiye ya da teşhis değildir; kesin tedavi planı, hekimin muayenesinden sonra belirlenir.</w:t>
            </w:r>
          </w:p>
          <w:p>
            <w:pPr>
              <w:spacing w:after="80"/>
            </w:pPr>
            <w:r>
              <w:rPr>
                <w:color w:val="0B1F33"/>
                <w:sz w:val="19"/>
              </w:rPr>
              <w:t>Bilmediğiniz ya da emin olmadığınız soruları boş bırakabilir, açıklama alanına not yazabilirsiniz.</w:t>
            </w:r>
          </w:p>
        </w:tc>
      </w:tr>
    </w:tbl>
    <w:p>
      <w:pPr>
        <w:spacing w:after="40"/>
      </w:pPr>
    </w:p>
    <w:p>
      <w:pPr>
        <w:pStyle w:val="Heading1"/>
      </w:pPr>
      <w:r>
        <w:t>1. Kişisel bilgiler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2778"/>
        <w:gridCol w:w="2041"/>
        <w:gridCol w:w="2778"/>
      </w:tblGrid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Ad soyad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Doğum tarihi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Cinsiyet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Uyruk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Yaşadığınız ülke ve şehir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Konuştuğunuz diller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Boy (cm)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Kilo (kg)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</w:tr>
    </w:tbl>
    <w:p>
      <w:pPr>
        <w:spacing w:after="40"/>
      </w:pPr>
    </w:p>
    <w:p>
      <w:pPr>
        <w:pStyle w:val="Heading1"/>
      </w:pPr>
      <w:r>
        <w:t>2. İletişim bilgileri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2778"/>
        <w:gridCol w:w="2041"/>
        <w:gridCol w:w="2778"/>
      </w:tblGrid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Telefon / WhatsApp (ülke koduyla)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E-posta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Size nasıl ulaşalım?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Telefon     ☐ WhatsApp     ☐ E-posta</w:t>
            </w: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Size ulaşabileceğimiz saatler ve saat diliminiz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Acil durumda ulaşılacak kişi (ad, yakınlık, telefon)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</w:p>
        </w:tc>
      </w:tr>
    </w:tbl>
    <w:p>
      <w:pPr>
        <w:spacing w:after="40"/>
      </w:pPr>
    </w:p>
    <w:p>
      <w:pPr>
        <w:pStyle w:val="Heading1"/>
      </w:pPr>
      <w:r>
        <w:t>3. Seyahat ve tarihler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2778"/>
        <w:gridCol w:w="2041"/>
        <w:gridCol w:w="2778"/>
      </w:tblGrid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Tedavi için düşündüğünüz tarihler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Ne kadar kalabilirsiniz?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Yanınızda biri gelecek mi?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Hayır     ☐ Evet, kişi sayısı: ____</w:t>
            </w: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Konaklama ve transfer konusunda yardım ister misiniz?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Hayır     ☐ Evet</w:t>
            </w: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Tercüman gerekir mi?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Hayır     ☐ Evet, dil: ____________</w:t>
            </w:r>
          </w:p>
        </w:tc>
      </w:tr>
    </w:tbl>
    <w:p>
      <w:pPr>
        <w:spacing w:after="40"/>
      </w:pPr>
    </w:p>
    <w:p>
      <w:pPr>
        <w:pStyle w:val="Heading1"/>
      </w:pPr>
      <w:r>
        <w:t>4. İstediğiniz tedavi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2778"/>
        <w:gridCol w:w="2041"/>
        <w:gridCol w:w="2778"/>
      </w:tblGrid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İlgilendiğiniz tedavi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Diş   ☐ Saç ekimi   ☐ Estetik cerrahi   ☐ Medikal estetik   ☐ Göz</w:t>
            </w:r>
          </w:p>
          <w:p>
            <w:pPr>
              <w:spacing w:before="40" w:after="40" w:line="240" w:lineRule="auto"/>
            </w:pPr>
            <w:r>
              <w:rPr>
                <w:sz w:val="18"/>
              </w:rPr>
              <w:t>☐ Tüp bebek   ☐ Obezite cerrahisi   ☐ Ortopedi   ☐ Check-up   ☐ Diğer: ____________</w:t>
            </w:r>
          </w:p>
        </w:tc>
      </w:tr>
      <w:tr>
        <w:trPr>
          <w:trHeight w:val="1474" w:hRule="atLeast"/>
        </w:trP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Şikâyetiniz ve beklentiniz (kendi cümlelerinizle)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Bu konuda daha önce muayene oldunuz ya da tedavi gördünüz mü?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Hayır     ☐ Evet: ____________________________</w:t>
            </w:r>
          </w:p>
        </w:tc>
      </w:tr>
    </w:tbl>
    <w:p>
      <w:pPr>
        <w:spacing w:after="40"/>
      </w:pPr>
    </w:p>
    <w:p>
      <w:pPr>
        <w:pStyle w:val="Heading1"/>
      </w:pPr>
      <w:r>
        <w:t>5. Sağlık geçmişi</w:t>
      </w:r>
    </w:p>
    <w:p>
      <w:r>
        <w:t>Aşağıdakilerden herhangi biri sizde var mı ya da daha önce oldu mu?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794"/>
        <w:gridCol w:w="794"/>
        <w:gridCol w:w="3855"/>
      </w:tblGrid>
      <w:tr>
        <w:trPr>
          <w:tblHeader w:val="true"/>
        </w:trPr>
        <w:tc>
          <w:tcPr>
            <w:tcW w:type="dxa" w:w="4195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Durum</w:t>
            </w:r>
          </w:p>
        </w:tc>
        <w:tc>
          <w:tcPr>
            <w:tcW w:type="dxa" w:w="794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Evet</w:t>
            </w:r>
          </w:p>
        </w:tc>
        <w:tc>
          <w:tcPr>
            <w:tcW w:type="dxa" w:w="794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Hayır</w:t>
            </w:r>
          </w:p>
        </w:tc>
        <w:tc>
          <w:tcPr>
            <w:tcW w:type="dxa" w:w="3855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Açıklama (ne zaman, hâlâ sürüyor mu?)</w:t>
            </w: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Kalp hastalığı, ritim bozukluğu ya da kalp pili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Yüksek tansiyon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Şeker hastalığı (diyabet)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Astım, KOAH ya da başka bir solunum hastalığı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Kanama ya da pıhtılaşma bozukluğu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Böbrek hastalığı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Karaciğer hastalığı ya da hepatit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Tiroit hastalığı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Epilepsi ya da başka bir nörolojik hastalık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HIV ya da başka bir bulaşıcı hastalık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Kanser (şu anda ya da geçmişte)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Psikolojik ya da psikiyatrik tedavi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Daha önce anesteziyle ilgili bir sorun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Yara iyileşmesinde sorun ya da keloid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Son 12 ayda hastaneye yatış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Gebelik ya da emzirme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419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Diğer (lütfen yazın)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855"/>
            <w:vAlign w:val="center"/>
          </w:tcPr>
          <w:p>
            <w:pPr>
              <w:spacing w:before="40" w:after="40" w:line="240" w:lineRule="auto"/>
            </w:pPr>
          </w:p>
        </w:tc>
      </w:tr>
    </w:tbl>
    <w:p>
      <w:pPr>
        <w:spacing w:after="40"/>
      </w:pPr>
    </w:p>
    <w:p>
      <w:pPr>
        <w:pStyle w:val="Heading1"/>
      </w:pPr>
      <w:r>
        <w:t>6. Kullandığınız ilaçlar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3118"/>
        <w:gridCol w:w="1701"/>
        <w:gridCol w:w="1984"/>
        <w:gridCol w:w="2835"/>
      </w:tblGrid>
      <w:tr>
        <w:trPr>
          <w:tblHeader w:val="true"/>
        </w:trPr>
        <w:tc>
          <w:tcPr>
            <w:tcW w:type="dxa" w:w="3118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İlaç adı</w:t>
            </w:r>
          </w:p>
        </w:tc>
        <w:tc>
          <w:tcPr>
            <w:tcW w:type="dxa" w:w="1701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Doz</w:t>
            </w:r>
          </w:p>
        </w:tc>
        <w:tc>
          <w:tcPr>
            <w:tcW w:type="dxa" w:w="1984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Ne sıklıkla</w:t>
            </w:r>
          </w:p>
        </w:tc>
        <w:tc>
          <w:tcPr>
            <w:tcW w:type="dxa" w:w="2835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Ne için</w:t>
            </w:r>
          </w:p>
        </w:tc>
      </w:tr>
      <w:tr>
        <w:trPr>
          <w:trHeight w:val="425" w:hRule="atLeast"/>
        </w:trPr>
        <w:tc>
          <w:tcPr>
            <w:tcW w:type="dxa" w:w="311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984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835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trHeight w:val="425" w:hRule="atLeast"/>
        </w:trPr>
        <w:tc>
          <w:tcPr>
            <w:tcW w:type="dxa" w:w="311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984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835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trHeight w:val="425" w:hRule="atLeast"/>
        </w:trPr>
        <w:tc>
          <w:tcPr>
            <w:tcW w:type="dxa" w:w="311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984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835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trHeight w:val="425" w:hRule="atLeast"/>
        </w:trPr>
        <w:tc>
          <w:tcPr>
            <w:tcW w:type="dxa" w:w="311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984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835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trHeight w:val="425" w:hRule="atLeast"/>
        </w:trPr>
        <w:tc>
          <w:tcPr>
            <w:tcW w:type="dxa" w:w="311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984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835"/>
            <w:vAlign w:val="center"/>
          </w:tcPr>
          <w:p>
            <w:pPr>
              <w:spacing w:before="40" w:after="40" w:line="240" w:lineRule="auto"/>
            </w:pPr>
          </w:p>
        </w:tc>
      </w:tr>
    </w:tbl>
    <w:p>
      <w:pPr>
        <w:spacing w:after="40"/>
      </w:pP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6236"/>
      </w:tblGrid>
      <w:tr>
        <w:tc>
          <w:tcPr>
            <w:tcW w:type="dxa" w:w="3402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Kan sulandırıcı kullanıyor musunuz?</w:t>
            </w:r>
          </w:p>
        </w:tc>
        <w:tc>
          <w:tcPr>
            <w:tcW w:type="dxa" w:w="6236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Hayır     ☐ Evet: ____________________</w:t>
            </w:r>
          </w:p>
        </w:tc>
      </w:tr>
      <w:tr>
        <w:tc>
          <w:tcPr>
            <w:tcW w:type="dxa" w:w="3402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Bitkisel ürün, vitamin ya da takviye</w:t>
            </w:r>
          </w:p>
        </w:tc>
        <w:tc>
          <w:tcPr>
            <w:tcW w:type="dxa" w:w="6236"/>
            <w:vAlign w:val="center"/>
          </w:tcPr>
          <w:p>
            <w:pPr>
              <w:spacing w:before="40" w:after="40" w:line="240" w:lineRule="auto"/>
            </w:pPr>
          </w:p>
        </w:tc>
      </w:tr>
    </w:tbl>
    <w:p>
      <w:pPr>
        <w:spacing w:after="40"/>
      </w:pPr>
    </w:p>
    <w:p>
      <w:pPr>
        <w:pStyle w:val="Heading1"/>
      </w:pPr>
      <w:r>
        <w:t>7. Alerjiler</w:t>
      </w:r>
    </w:p>
    <w:p>
      <w:pPr>
        <w:spacing w:after="60"/>
        <w:ind w:left="227"/>
      </w:pPr>
      <w:r>
        <w:t>☐  Bilinen bir alerjim yok.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Neye alerjiniz var? (ilaç, lateks, besin, diğer)</w:t>
            </w:r>
          </w:p>
        </w:tc>
        <w:tc>
          <w:tcPr>
            <w:tcW w:type="dxa" w:w="4819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Ne oldu? (tepki)</w:t>
            </w:r>
          </w:p>
        </w:tc>
      </w:tr>
      <w:tr>
        <w:trPr>
          <w:trHeight w:val="425" w:hRule="atLeast"/>
        </w:trPr>
        <w:tc>
          <w:tcPr>
            <w:tcW w:type="dxa" w:w="4819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4819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trHeight w:val="425" w:hRule="atLeast"/>
        </w:trPr>
        <w:tc>
          <w:tcPr>
            <w:tcW w:type="dxa" w:w="4819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4819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trHeight w:val="425" w:hRule="atLeast"/>
        </w:trPr>
        <w:tc>
          <w:tcPr>
            <w:tcW w:type="dxa" w:w="4819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4819"/>
            <w:vAlign w:val="center"/>
          </w:tcPr>
          <w:p>
            <w:pPr>
              <w:spacing w:before="40" w:after="40" w:line="240" w:lineRule="auto"/>
            </w:pPr>
          </w:p>
        </w:tc>
      </w:tr>
    </w:tbl>
    <w:p>
      <w:pPr>
        <w:spacing w:after="40"/>
      </w:pPr>
    </w:p>
    <w:p>
      <w:pPr>
        <w:pStyle w:val="Heading1"/>
      </w:pPr>
      <w:r>
        <w:t>8. Geçirdiğiniz ameliyatlar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3685"/>
        <w:gridCol w:w="1134"/>
        <w:gridCol w:w="2551"/>
        <w:gridCol w:w="2268"/>
      </w:tblGrid>
      <w:tr>
        <w:trPr>
          <w:tblHeader w:val="true"/>
        </w:trPr>
        <w:tc>
          <w:tcPr>
            <w:tcW w:type="dxa" w:w="3685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Ameliyat ya da işlem</w:t>
            </w:r>
          </w:p>
        </w:tc>
        <w:tc>
          <w:tcPr>
            <w:tcW w:type="dxa" w:w="1134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Yıl</w:t>
            </w:r>
          </w:p>
        </w:tc>
        <w:tc>
          <w:tcPr>
            <w:tcW w:type="dxa" w:w="2551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Ülke / hastane</w:t>
            </w:r>
          </w:p>
        </w:tc>
        <w:tc>
          <w:tcPr>
            <w:tcW w:type="dxa" w:w="2268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Sorun oldu mu?</w:t>
            </w:r>
          </w:p>
        </w:tc>
      </w:tr>
      <w:tr>
        <w:trPr>
          <w:trHeight w:val="425" w:hRule="atLeast"/>
        </w:trPr>
        <w:tc>
          <w:tcPr>
            <w:tcW w:type="dxa" w:w="3685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551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268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trHeight w:val="425" w:hRule="atLeast"/>
        </w:trPr>
        <w:tc>
          <w:tcPr>
            <w:tcW w:type="dxa" w:w="3685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551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268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trHeight w:val="425" w:hRule="atLeast"/>
        </w:trPr>
        <w:tc>
          <w:tcPr>
            <w:tcW w:type="dxa" w:w="3685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551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268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trHeight w:val="425" w:hRule="atLeast"/>
        </w:trPr>
        <w:tc>
          <w:tcPr>
            <w:tcW w:type="dxa" w:w="3685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551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268"/>
            <w:vAlign w:val="center"/>
          </w:tcPr>
          <w:p>
            <w:pPr>
              <w:spacing w:before="40" w:after="40" w:line="240" w:lineRule="auto"/>
            </w:pPr>
          </w:p>
        </w:tc>
      </w:tr>
    </w:tbl>
    <w:p>
      <w:pPr>
        <w:spacing w:after="40"/>
      </w:pPr>
    </w:p>
    <w:p>
      <w:pPr>
        <w:pStyle w:val="Heading1"/>
      </w:pPr>
      <w:r>
        <w:t>9. Sigara ve alkol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c>
          <w:tcPr>
            <w:tcW w:type="dxa" w:w="2835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Sigara ya da tütün ürünü</w:t>
            </w:r>
          </w:p>
        </w:tc>
        <w:tc>
          <w:tcPr>
            <w:tcW w:type="dxa" w:w="680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Hayır     ☐ Bıraktım, ne zaman: ______     ☐ Evet, günde ____ adet</w:t>
            </w:r>
          </w:p>
        </w:tc>
      </w:tr>
      <w:tr>
        <w:tc>
          <w:tcPr>
            <w:tcW w:type="dxa" w:w="2835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Elektronik sigara</w:t>
            </w:r>
          </w:p>
        </w:tc>
        <w:tc>
          <w:tcPr>
            <w:tcW w:type="dxa" w:w="680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Hayır     ☐ Evet</w:t>
            </w:r>
          </w:p>
        </w:tc>
      </w:tr>
      <w:tr>
        <w:tc>
          <w:tcPr>
            <w:tcW w:type="dxa" w:w="2835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Alkol</w:t>
            </w:r>
          </w:p>
        </w:tc>
        <w:tc>
          <w:tcPr>
            <w:tcW w:type="dxa" w:w="680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Hiç     ☐ Ara sıra     ☐ Düzenli</w:t>
            </w:r>
          </w:p>
        </w:tc>
      </w:tr>
    </w:tbl>
    <w:p>
      <w:pPr>
        <w:spacing w:after="40"/>
      </w:pPr>
    </w:p>
    <w:p>
      <w:pPr>
        <w:pStyle w:val="Heading1"/>
      </w:pPr>
      <w:r>
        <w:t>10. Göndereceğiniz fotoğraflar ve belgeler</w:t>
      </w:r>
    </w:p>
    <w:p>
      <w:r>
        <w:t>Hekimimizin değerlendirebilmesi için aşağıdakileri gönderin. Fotoğrafları gün ışığında, sade bir arka planla ve filtre kullanmadan çekin.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rPr>
          <w:tblHeader w:val="true"/>
        </w:trPr>
        <w:tc>
          <w:tcPr>
            <w:tcW w:type="dxa" w:w="2835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Tedavi</w:t>
            </w:r>
          </w:p>
        </w:tc>
        <w:tc>
          <w:tcPr>
            <w:tcW w:type="dxa" w:w="6803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Gönderilecek fotoğraf ve belgeler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Diş</w:t>
            </w:r>
          </w:p>
        </w:tc>
        <w:tc>
          <w:tcPr>
            <w:tcW w:type="dxa" w:w="680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Önden gülümserken; dişler kapalıyken önden; üst ve alt çene yakından. Varsa son altı ay içinde çekilmiş panoramik röntgen.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Saç ekimi</w:t>
            </w:r>
          </w:p>
        </w:tc>
        <w:tc>
          <w:tcPr>
            <w:tcW w:type="dxa" w:w="680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Önden, tepeden, arkadan, sağ ve sol yandan; saç çizgisi yakından; ense (donör bölge) yakından.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Estetik cerrahi ve medikal estetik</w:t>
            </w:r>
          </w:p>
        </w:tc>
        <w:tc>
          <w:tcPr>
            <w:tcW w:type="dxa" w:w="680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İlgili bölge önden, sağ ve sol yandan ve yarım yandan (45°).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Diğer tedaviler</w:t>
            </w:r>
          </w:p>
        </w:tc>
        <w:tc>
          <w:tcPr>
            <w:tcW w:type="dxa" w:w="680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Varsa son tahlil sonuçları, raporlar, görüntüleme (röntgen, MR, BT) ve taburcu belgesi (epikriz).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[Diğer]</w:t>
            </w:r>
          </w:p>
        </w:tc>
        <w:tc>
          <w:tcPr>
            <w:tcW w:type="dxa" w:w="6803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[Kliniğinizin istediği diğer fotoğraf ve belgeler]</w:t>
            </w:r>
          </w:p>
        </w:tc>
      </w:tr>
    </w:tbl>
    <w:p>
      <w:pPr>
        <w:spacing w:after="40"/>
      </w:pPr>
    </w:p>
    <w:p>
      <w:r>
        <w:t xml:space="preserve">Gönderme yolu: </w:t>
      </w:r>
      <w:r>
        <w:rPr>
          <w:color w:val="1260A8"/>
        </w:rPr>
        <w:t>[güvenli yükleme bağlantısı ya da e-posta adresi]</w:t>
      </w:r>
    </w:p>
    <w:p>
      <w:pPr>
        <w:pStyle w:val="Heading1"/>
      </w:pPr>
      <w:r>
        <w:t>11. Beyan ve onay</w:t>
      </w:r>
    </w:p>
    <w:p>
      <w:r>
        <w:t>Bu formda verdiğim bilgilerin bildiğim kadarıyla doğru ve eksiksiz olduğunu, bir değişiklik olursa kliniğe bildireceğimi beyan ederim.</w:t>
      </w:r>
    </w:p>
    <w:p>
      <w:r>
        <w:t xml:space="preserve">Kişisel verilerimin işlenmesine ilişkin </w:t>
      </w:r>
      <w:r>
        <w:rPr>
          <w:color w:val="1260A8"/>
        </w:rPr>
        <w:t>[Klinik adı]</w:t>
      </w:r>
      <w:r>
        <w:t xml:space="preserve"> Aydınlatma Metni'ni okudum: </w:t>
      </w:r>
      <w:r>
        <w:rPr>
          <w:color w:val="1260A8"/>
        </w:rPr>
        <w:t>[aydınlatma metninin adresi]</w:t>
      </w:r>
      <w:r>
        <w:t>.</w:t>
      </w:r>
    </w:p>
    <w:p>
      <w:pPr>
        <w:spacing w:after="60"/>
        <w:ind w:left="227"/>
      </w:pPr>
      <w:r>
        <w:t xml:space="preserve">☐  Sağlık verilerimin işlenmesine ilişkin Açık Rıza Metni'ni okudum ve onaylıyorum. </w:t>
      </w:r>
      <w:r>
        <w:rPr>
          <w:color w:val="1260A8"/>
        </w:rPr>
        <w:t>[Açık rızaya dayanıyorsanız metni bu formdan ayrı bir sayfa olarak ekleyin ya da adresini yazın; aydınlatma metni ile açık rıza aynı metinde birleştirilmez. Hangi hukuki sebebe dayandığınızı avukatınızla belirleyin.]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3628"/>
        <w:gridCol w:w="1247"/>
        <w:gridCol w:w="2721"/>
      </w:tblGrid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Ad soyad</w:t>
            </w:r>
          </w:p>
        </w:tc>
        <w:tc>
          <w:tcPr>
            <w:tcW w:type="dxa" w:w="362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1247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Tarih</w:t>
            </w:r>
          </w:p>
        </w:tc>
        <w:tc>
          <w:tcPr>
            <w:tcW w:type="dxa" w:w="2721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trHeight w:val="907" w:hRule="atLeast"/>
        </w:trP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İmza</w:t>
            </w:r>
          </w:p>
        </w:tc>
        <w:tc>
          <w:tcPr>
            <w:tcW w:type="dxa" w:w="7596"/>
            <w:gridSpan w:val="3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18 yaşından küçükse veli ya da vasi</w:t>
            </w:r>
          </w:p>
        </w:tc>
        <w:tc>
          <w:tcPr>
            <w:tcW w:type="dxa" w:w="7596"/>
            <w:gridSpan w:val="3"/>
            <w:vAlign w:val="center"/>
          </w:tcPr>
          <w:p>
            <w:pPr>
              <w:spacing w:before="40" w:after="4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t>Klinik kullanımı için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2778"/>
        <w:gridCol w:w="2041"/>
        <w:gridCol w:w="2778"/>
      </w:tblGrid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Formun alındığı tarih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Koordinatör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Değerlendiren hekim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Değerlendirme tarihi</w:t>
            </w:r>
          </w:p>
        </w:tc>
        <w:tc>
          <w:tcPr>
            <w:tcW w:type="dxa" w:w="2778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204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Sonraki adım</w:t>
            </w:r>
          </w:p>
        </w:tc>
        <w:tc>
          <w:tcPr>
            <w:tcW w:type="dxa" w:w="759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☐ Teklif hazırlanacak   ☐ Ek bilgi / belge istenecek   ☐ Muayene gerekli   ☐ Tedavi önerilmedi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headerReference w:type="default" r:id="rId10"/>
      <w:pgSz w:w="11906" w:h="16838"/>
      <w:pgMar w:top="1020" w:right="1134" w:bottom="1020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38" w:val="right"/>
      </w:tabs>
    </w:pPr>
    <w:r>
      <w:rPr>
        <w:color w:val="4E6070"/>
        <w:sz w:val="16"/>
      </w:rPr>
      <w:t>Klinikbook — klinikbook.com</w:t>
      <w:tab/>
      <w:t xml:space="preserve">Sayfa </w:t>
    </w:r>
    <w:fldSimple w:instr="PAGE">
      <w:r>
        <w:rPr>
          <w:color w:val="4E6070"/>
          <w:sz w:val="16"/>
        </w:rPr>
        <w:t>1</w:t>
      </w:r>
    </w:fldSimple>
    <w:r>
      <w:rPr>
        <w:color w:val="4E6070"/>
        <w:sz w:val="16"/>
      </w:rPr>
      <w:t xml:space="preserve"> / </w:t>
    </w:r>
    <w:fldSimple w:instr="NUMPAGES">
      <w:r>
        <w:rPr>
          <w:color w:val="4E6070"/>
          <w:sz w:val="1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1260A8"/>
        <w:sz w:val="16"/>
      </w:rPr>
      <w:t>[Klinik adı]</w:t>
    </w:r>
    <w:r>
      <w:rPr>
        <w:color w:val="4E6070"/>
        <w:sz w:val="16"/>
      </w:rPr>
      <w:t xml:space="preserve"> — Hasta ön değerlendirme formu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cs="Arial" w:eastAsia="Arial"/>
      <w:color w:val="0B1F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="Arial" w:hAnsi="Arial" w:cs="Arial" w:eastAsia="Arial"/>
      <w:b/>
      <w:bCs/>
      <w:i w:val="0"/>
      <w:color w:val="0C3F7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i w:val="0"/>
      <w:color w:val="1260A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Arial" w:hAnsi="Arial" w:cs="Arial" w:eastAsia="Arial"/>
      <w:b/>
      <w:bCs/>
      <w:i w:val="0"/>
      <w:color w:val="0B1F33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="Arial" w:hAnsi="Arial" w:cs="Arial" w:eastAsia="Arial"/>
      <w:b/>
      <w:i w:val="0"/>
      <w:color w:val="0C3F7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Hasta ön değerlendirme formu</dc:title>
  <dc:subject>Hekim değerlendirmesi için sağlık ön bilgi formu</dc:subject>
  <dc:creator>Klinikbook</dc:creator>
  <cp:keywords>Klinikbook</cp:keywords>
  <dc:description>Klinikbook — klinikbook.com</dc:description>
  <cp:lastModifiedBy>Klinikbook</cp:lastModifiedBy>
  <cp:revision>1</cp:revision>
  <dcterms:created xsi:type="dcterms:W3CDTF">2026-10-19T09:00:00Z</dcterms:created>
  <dcterms:modified xsi:type="dcterms:W3CDTF">2026-10-19T09:00:00Z</dcterms:modified>
  <cp:category>Şablon</cp:category>
  <dc:language>tr-TR</dc:language>
  <cp:lastPrinted>2026-10-19T09:00:00Z</cp:lastPrinted>
</cp:coreProperties>
</file>