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669"/>
        <w:gridCol w:w="3969"/>
      </w:tblGrid>
      <w:tr>
        <w:tc>
          <w:tcPr>
            <w:tcW w:type="dxa" w:w="5669"/>
            <w:tcBorders>
              <w:bottom w:val="nil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1260A8"/>
                <w:sz w:val="28"/>
              </w:rPr>
              <w:t>[Klinik adı]</w:t>
            </w:r>
          </w:p>
        </w:tc>
        <w:tc>
          <w:tcPr>
            <w:tcW w:type="dxa" w:w="3969"/>
            <w:tcBorders>
              <w:bottom w:val="nil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0C3F73"/>
                <w:sz w:val="32"/>
              </w:rPr>
              <w:t>TEDAVİ TEKLİFİ</w:t>
            </w:r>
          </w:p>
        </w:tc>
      </w:tr>
      <w:tr>
        <w:tc>
          <w:tcPr>
            <w:tcW w:type="dxa" w:w="5669"/>
            <w:tcBorders>
              <w:bottom w:val="single" w:sz="12" w:space="0" w:color="1260A8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20"/>
              </w:rPr>
              <w:t>[Adres]</w:t>
            </w:r>
          </w:p>
          <w:p>
            <w:pPr>
              <w:spacing w:before="40" w:after="40" w:line="240" w:lineRule="auto"/>
            </w:pPr>
            <w:r>
              <w:rPr>
                <w:color w:val="1260A8"/>
                <w:sz w:val="20"/>
              </w:rPr>
              <w:t>[Telefon / WhatsApp]</w:t>
            </w:r>
            <w:r>
              <w:rPr>
                <w:color w:val="4E6070"/>
                <w:sz w:val="20"/>
              </w:rPr>
              <w:t xml:space="preserve">  ·  </w:t>
            </w:r>
            <w:r>
              <w:rPr>
                <w:color w:val="1260A8"/>
                <w:sz w:val="20"/>
              </w:rPr>
              <w:t>[E-posta]</w:t>
            </w:r>
          </w:p>
          <w:p>
            <w:pPr>
              <w:spacing w:before="40" w:after="40" w:line="240" w:lineRule="auto"/>
            </w:pPr>
            <w:r>
              <w:rPr>
                <w:color w:val="1260A8"/>
                <w:sz w:val="20"/>
              </w:rPr>
              <w:t>[Web sitesi]</w:t>
            </w:r>
          </w:p>
        </w:tc>
        <w:tc>
          <w:tcPr>
            <w:tcW w:type="dxa" w:w="3969"/>
            <w:tcBorders>
              <w:bottom w:val="single" w:sz="12" w:space="0" w:color="1260A8"/>
            </w:tcBorders>
            <w:vAlign w:val="center"/>
          </w:tcPr>
          <w:p>
            <w:pPr>
              <w:spacing w:before="40" w:after="40" w:line="240" w:lineRule="auto"/>
            </w:pPr>
            <w:r>
              <w:rPr>
                <w:sz w:val="20"/>
              </w:rPr>
              <w:t xml:space="preserve">Teklif no: </w:t>
            </w:r>
            <w:r>
              <w:rPr>
                <w:color w:val="1260A8"/>
                <w:sz w:val="20"/>
              </w:rPr>
              <w:t>[....]</w:t>
            </w:r>
          </w:p>
          <w:p>
            <w:pPr>
              <w:spacing w:before="40" w:after="40" w:line="240" w:lineRule="auto"/>
            </w:pPr>
            <w:r>
              <w:rPr>
                <w:sz w:val="20"/>
              </w:rPr>
              <w:t xml:space="preserve">Tarih: </w:t>
            </w:r>
            <w:r>
              <w:rPr>
                <w:color w:val="1260A8"/>
                <w:sz w:val="20"/>
              </w:rPr>
              <w:t>[GG.AA.YYYY]</w:t>
            </w:r>
          </w:p>
          <w:p>
            <w:pPr>
              <w:spacing w:before="40" w:after="40" w:line="240" w:lineRule="auto"/>
            </w:pPr>
            <w:r>
              <w:rPr>
                <w:sz w:val="20"/>
              </w:rPr>
              <w:t xml:space="preserve">Geçerlilik: </w:t>
            </w:r>
            <w:r>
              <w:rPr>
                <w:color w:val="1260A8"/>
                <w:sz w:val="20"/>
              </w:rPr>
              <w:t>[GG.AA.YYYY]</w:t>
            </w:r>
            <w:r>
              <w:rPr>
                <w:sz w:val="20"/>
              </w:rPr>
              <w:t xml:space="preserve"> tarihine kadar</w:t>
            </w:r>
          </w:p>
        </w:tc>
      </w:tr>
    </w:tbl>
    <w:p>
      <w:pPr>
        <w:spacing w:after="40"/>
      </w:pP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118"/>
        <w:gridCol w:w="1871"/>
        <w:gridCol w:w="2948"/>
      </w:tblGrid>
      <w:tr>
        <w:tc>
          <w:tcPr>
            <w:tcW w:type="dxa" w:w="170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Hasta</w:t>
            </w:r>
          </w:p>
        </w:tc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[Ad soyad]</w:t>
            </w:r>
          </w:p>
        </w:tc>
        <w:tc>
          <w:tcPr>
            <w:tcW w:type="dxa" w:w="187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Dosya / vaka no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170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Ülke</w:t>
            </w:r>
          </w:p>
        </w:tc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[Ülke]</w:t>
            </w:r>
          </w:p>
        </w:tc>
        <w:tc>
          <w:tcPr>
            <w:tcW w:type="dxa" w:w="187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Telefon / e-posta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170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Hekim</w:t>
            </w:r>
          </w:p>
        </w:tc>
        <w:tc>
          <w:tcPr>
            <w:tcW w:type="dxa" w:w="311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[Hekimin adı ve unvanı]</w:t>
            </w:r>
          </w:p>
        </w:tc>
        <w:tc>
          <w:tcPr>
            <w:tcW w:type="dxa" w:w="187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Hazırlayan</w:t>
            </w:r>
          </w:p>
        </w:tc>
        <w:tc>
          <w:tcPr>
            <w:tcW w:type="dxa" w:w="2948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[Koordinatörün adı]</w:t>
            </w:r>
          </w:p>
        </w:tc>
      </w:tr>
    </w:tbl>
    <w:p>
      <w:pPr>
        <w:spacing w:after="40"/>
      </w:pPr>
    </w:p>
    <w:p>
      <w:r>
        <w:t xml:space="preserve">Sayın </w:t>
      </w:r>
      <w:r>
        <w:rPr>
          <w:color w:val="1260A8"/>
        </w:rPr>
        <w:t>[Hastanın adı]</w:t>
      </w:r>
      <w:r>
        <w:t>,</w:t>
      </w:r>
    </w:p>
    <w:p>
      <w:r>
        <w:t xml:space="preserve">Bize gönderdiğiniz bilgi, fotoğraf ve belgeler için teşekkür ederiz. Hekimimiz </w:t>
      </w:r>
      <w:r>
        <w:rPr>
          <w:color w:val="1260A8"/>
        </w:rPr>
        <w:t>[Hekimin adı]</w:t>
      </w:r>
      <w:r>
        <w:t xml:space="preserve">, ön değerlendirmesine göre size aşağıdaki seçenekleri sunar. Sorularınız için koordinatörünüz </w:t>
      </w:r>
      <w:r>
        <w:rPr>
          <w:color w:val="1260A8"/>
        </w:rPr>
        <w:t>[Ad soyad]</w:t>
      </w:r>
      <w:r>
        <w:t xml:space="preserve"> size </w:t>
      </w:r>
      <w:r>
        <w:rPr>
          <w:color w:val="1260A8"/>
        </w:rPr>
        <w:t>[telefon / WhatsApp / e-posta]</w:t>
      </w:r>
      <w:r>
        <w:t xml:space="preserve"> üzerinden yardımcı olur.</w:t>
      </w:r>
    </w:p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left w:val="single" w:sz="24" w:space="0" w:color="1260A8"/>
            </w:tcBorders>
            <w:shd w:val="clear" w:color="auto" w:fill="EEF5FC"/>
          </w:tcPr>
          <w:p>
            <w:pPr>
              <w:spacing w:before="80"/>
            </w:pPr>
            <w:r>
              <w:rPr>
                <w:b/>
                <w:color w:val="0B1F33"/>
              </w:rPr>
              <w:t>Kesin plan muayeneden sonra belirlenir</w:t>
            </w:r>
          </w:p>
          <w:p>
            <w:pPr>
              <w:spacing w:after="80"/>
            </w:pPr>
            <w:r>
              <w:rPr>
                <w:color w:val="0B1F33"/>
                <w:sz w:val="19"/>
              </w:rPr>
              <w:t>Bu teklif, paylaştığınız bilgilere dayanan bir ön değerlendirmedir. Kesin tedavi planı ve fiyat, hekimimizin muayenesinden sonra belirlenir; muayenede plan değişirse size güncellenmiş bir teklif sunarız.</w:t>
            </w:r>
          </w:p>
        </w:tc>
      </w:tr>
    </w:tbl>
    <w:p>
      <w:pPr>
        <w:spacing w:after="40"/>
      </w:pPr>
    </w:p>
    <w:p>
      <w:pPr>
        <w:pStyle w:val="Heading2"/>
      </w:pPr>
      <w:r>
        <w:t xml:space="preserve">Seçenek A: </w:t>
      </w:r>
      <w:r>
        <w:rPr>
          <w:color w:val="1260A8"/>
        </w:rPr>
        <w:t>[seçeneğin adı]</w:t>
      </w:r>
    </w:p>
    <w:p>
      <w:r>
        <w:rPr>
          <w:color w:val="1260A8"/>
        </w:rPr>
        <w:t>[Seçeneğin kısa açıklaması: ne yapılacak, kaç seans, kaç gün sürer.]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5216"/>
        <w:gridCol w:w="1020"/>
        <w:gridCol w:w="1701"/>
        <w:gridCol w:w="1701"/>
      </w:tblGrid>
      <w:tr>
        <w:trPr>
          <w:tblHeader w:val="true"/>
        </w:trPr>
        <w:tc>
          <w:tcPr>
            <w:tcW w:type="dxa" w:w="5216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Tedavi / hizmet</w:t>
            </w:r>
          </w:p>
        </w:tc>
        <w:tc>
          <w:tcPr>
            <w:tcW w:type="dxa" w:w="1020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Adet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Birim fiyat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Tutar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Ara toplam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İndirim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 xml:space="preserve">KDV </w:t>
            </w:r>
            <w:r>
              <w:rPr>
                <w:color w:val="1260A8"/>
                <w:sz w:val="18"/>
              </w:rPr>
              <w:t>[%..]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Toplam </w:t>
            </w:r>
            <w:r>
              <w:rPr>
                <w:b/>
                <w:color w:val="1260A8"/>
                <w:sz w:val="18"/>
              </w:rPr>
              <w:t>[para birimi]</w:t>
            </w:r>
          </w:p>
        </w:tc>
        <w:tc>
          <w:tcPr>
            <w:tcW w:type="dxa" w:w="1701"/>
            <w:shd w:val="clear" w:color="auto" w:fill="EEF5FC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b/>
                <w:color w:val="1260A8"/>
                <w:sz w:val="18"/>
              </w:rPr>
              <w:t>[0,00]</w:t>
            </w:r>
          </w:p>
        </w:tc>
      </w:tr>
    </w:tbl>
    <w:p>
      <w:pPr>
        <w:spacing w:after="40"/>
      </w:pPr>
    </w:p>
    <w:p>
      <w:pPr>
        <w:pStyle w:val="Heading2"/>
      </w:pPr>
      <w:r>
        <w:t xml:space="preserve">Seçenek B: </w:t>
      </w:r>
      <w:r>
        <w:rPr>
          <w:color w:val="1260A8"/>
        </w:rPr>
        <w:t>[seçeneğin adı]</w:t>
      </w:r>
    </w:p>
    <w:p>
      <w:r>
        <w:rPr>
          <w:color w:val="1260A8"/>
        </w:rPr>
        <w:t>[Seçeneğin kısa açıklaması: ne yapılacak, kaç seans, kaç gün sürer.]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5216"/>
        <w:gridCol w:w="1020"/>
        <w:gridCol w:w="1701"/>
        <w:gridCol w:w="1701"/>
      </w:tblGrid>
      <w:tr>
        <w:trPr>
          <w:tblHeader w:val="true"/>
        </w:trPr>
        <w:tc>
          <w:tcPr>
            <w:tcW w:type="dxa" w:w="5216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Tedavi / hizmet</w:t>
            </w:r>
          </w:p>
        </w:tc>
        <w:tc>
          <w:tcPr>
            <w:tcW w:type="dxa" w:w="1020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Adet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Birim fiyat</w:t>
            </w:r>
          </w:p>
        </w:tc>
        <w:tc>
          <w:tcPr>
            <w:tcW w:type="dxa" w:w="170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Tutar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5216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ya da hizmet]</w:t>
            </w:r>
          </w:p>
        </w:tc>
        <w:tc>
          <w:tcPr>
            <w:tcW w:type="dxa" w:w="1020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[1]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Ara toplam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İndirim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 xml:space="preserve">KDV </w:t>
            </w:r>
            <w:r>
              <w:rPr>
                <w:color w:val="1260A8"/>
                <w:sz w:val="18"/>
              </w:rPr>
              <w:t>[%..]</w:t>
            </w:r>
          </w:p>
        </w:tc>
        <w:tc>
          <w:tcPr>
            <w:tcW w:type="dxa" w:w="170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color w:val="1260A8"/>
                <w:sz w:val="18"/>
              </w:rPr>
              <w:t>[0,00]</w:t>
            </w:r>
          </w:p>
        </w:tc>
      </w:tr>
      <w:tr>
        <w:tc>
          <w:tcPr>
            <w:tcW w:type="dxa" w:w="7937"/>
            <w:gridSpan w:val="3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Toplam </w:t>
            </w:r>
            <w:r>
              <w:rPr>
                <w:b/>
                <w:color w:val="1260A8"/>
                <w:sz w:val="18"/>
              </w:rPr>
              <w:t>[para birimi]</w:t>
            </w:r>
          </w:p>
        </w:tc>
        <w:tc>
          <w:tcPr>
            <w:tcW w:type="dxa" w:w="1701"/>
            <w:shd w:val="clear" w:color="auto" w:fill="EEF5FC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b/>
                <w:color w:val="1260A8"/>
                <w:sz w:val="18"/>
              </w:rPr>
              <w:t>[0,00]</w:t>
            </w:r>
          </w:p>
        </w:tc>
      </w:tr>
    </w:tbl>
    <w:p>
      <w:pPr>
        <w:spacing w:after="40"/>
      </w:pPr>
    </w:p>
    <w:p>
      <w:pPr>
        <w:pStyle w:val="Heading2"/>
      </w:pPr>
      <w:r>
        <w:t>Fiyata dahil olanlar ve olmayanlar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3969"/>
        <w:gridCol w:w="1134"/>
        <w:gridCol w:w="1361"/>
        <w:gridCol w:w="3175"/>
      </w:tblGrid>
      <w:tr>
        <w:trPr>
          <w:tblHeader w:val="true"/>
        </w:trPr>
        <w:tc>
          <w:tcPr>
            <w:tcW w:type="dxa" w:w="396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Kalem</w:t>
            </w:r>
          </w:p>
        </w:tc>
        <w:tc>
          <w:tcPr>
            <w:tcW w:type="dxa" w:w="1134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Dahil</w:t>
            </w:r>
          </w:p>
        </w:tc>
        <w:tc>
          <w:tcPr>
            <w:tcW w:type="dxa" w:w="136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Dahil değil</w:t>
            </w:r>
          </w:p>
        </w:tc>
        <w:tc>
          <w:tcPr>
            <w:tcW w:type="dxa" w:w="3175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Not</w:t>
            </w: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Konaklama: </w:t>
            </w:r>
            <w:r>
              <w:rPr>
                <w:color w:val="1260A8"/>
                <w:sz w:val="18"/>
              </w:rPr>
              <w:t>[..]</w:t>
            </w:r>
            <w:r>
              <w:rPr>
                <w:sz w:val="18"/>
              </w:rPr>
              <w:t xml:space="preserve"> gece, </w:t>
            </w:r>
            <w:r>
              <w:rPr>
                <w:color w:val="1260A8"/>
                <w:sz w:val="18"/>
              </w:rPr>
              <w:t>[otel / oda tipi]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Havalimanı transferi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Otel ile klinik arası transferler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Tercüman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İlaçlar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Bakım seti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Kontrol muayeneleri: </w:t>
            </w:r>
            <w:r>
              <w:rPr>
                <w:color w:val="1260A8"/>
                <w:sz w:val="18"/>
              </w:rPr>
              <w:t>[..]</w:t>
            </w:r>
            <w:r>
              <w:rPr>
                <w:sz w:val="18"/>
              </w:rPr>
              <w:t xml:space="preserve"> kez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İlk muayene ve konsültasyon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Tahlil ve görüntüleme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Uçak bileti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  <w:tr>
        <w:tc>
          <w:tcPr>
            <w:tcW w:type="dxa" w:w="3969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[Diğer]</w:t>
            </w:r>
          </w:p>
        </w:tc>
        <w:tc>
          <w:tcPr>
            <w:tcW w:type="dxa" w:w="1134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1361"/>
            <w:vAlign w:val="center"/>
          </w:tcPr>
          <w:p>
            <w:pPr>
              <w:spacing w:before="40" w:after="40" w:line="240" w:lineRule="auto"/>
              <w:jc w:val="center"/>
            </w:pPr>
            <w:r>
              <w:rPr>
                <w:sz w:val="22"/>
              </w:rPr>
              <w:t>☐</w:t>
            </w:r>
          </w:p>
        </w:tc>
        <w:tc>
          <w:tcPr>
            <w:tcW w:type="dxa" w:w="3175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t>Ödeme planı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2551"/>
        <w:gridCol w:w="4819"/>
      </w:tblGrid>
      <w:tr>
        <w:trPr>
          <w:tblHeader w:val="true"/>
        </w:trPr>
        <w:tc>
          <w:tcPr>
            <w:tcW w:type="dxa" w:w="2268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Ödeme</w:t>
            </w:r>
          </w:p>
        </w:tc>
        <w:tc>
          <w:tcPr>
            <w:tcW w:type="dxa" w:w="2551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Tutar</w:t>
            </w:r>
          </w:p>
        </w:tc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Son ödeme tarihi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Kapora</w:t>
            </w: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[0,00]</w:t>
            </w:r>
            <w:r>
              <w:rPr>
                <w:sz w:val="18"/>
              </w:rPr>
              <w:t xml:space="preserve"> </w:t>
            </w:r>
            <w:r>
              <w:rPr>
                <w:color w:val="1260A8"/>
                <w:sz w:val="18"/>
              </w:rPr>
              <w:t>[%..]</w:t>
            </w: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[GG.AA.YYYY]</w:t>
            </w:r>
            <w:r>
              <w:rPr>
                <w:sz w:val="18"/>
              </w:rPr>
              <w:t xml:space="preserve"> ya da kabulden sonra </w:t>
            </w:r>
            <w:r>
              <w:rPr>
                <w:color w:val="1260A8"/>
                <w:sz w:val="18"/>
              </w:rPr>
              <w:t>[..]</w:t>
            </w:r>
            <w:r>
              <w:rPr>
                <w:sz w:val="18"/>
              </w:rPr>
              <w:t xml:space="preserve"> gün içinde</w:t>
            </w:r>
          </w:p>
        </w:tc>
      </w:tr>
      <w:tr>
        <w:tc>
          <w:tcPr>
            <w:tcW w:type="dxa" w:w="2268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>Kalan tutar</w:t>
            </w:r>
          </w:p>
        </w:tc>
        <w:tc>
          <w:tcPr>
            <w:tcW w:type="dxa" w:w="2551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[0,00]</w:t>
            </w:r>
          </w:p>
        </w:tc>
        <w:tc>
          <w:tcPr>
            <w:tcW w:type="dxa" w:w="4819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[Tedavi günü]</w:t>
            </w:r>
            <w:r>
              <w:rPr>
                <w:sz w:val="18"/>
              </w:rPr>
              <w:t xml:space="preserve"> ya da </w:t>
            </w:r>
            <w:r>
              <w:rPr>
                <w:color w:val="1260A8"/>
                <w:sz w:val="18"/>
              </w:rPr>
              <w:t>[GG.AA.YYYY]</w:t>
            </w:r>
          </w:p>
        </w:tc>
      </w:tr>
      <w:tr>
        <w:tc>
          <w:tcPr>
            <w:tcW w:type="dxa" w:w="2268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>Toplam</w:t>
            </w:r>
          </w:p>
        </w:tc>
        <w:tc>
          <w:tcPr>
            <w:tcW w:type="dxa" w:w="2551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1260A8"/>
                <w:sz w:val="18"/>
              </w:rPr>
              <w:t>[0,00]</w:t>
            </w:r>
          </w:p>
        </w:tc>
        <w:tc>
          <w:tcPr>
            <w:tcW w:type="dxa" w:w="4819"/>
            <w:shd w:val="clear" w:color="auto" w:fill="EEF5FC"/>
            <w:vAlign w:val="center"/>
          </w:tcPr>
          <w:p>
            <w:pPr>
              <w:spacing w:before="40" w:after="4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t>Ödeme bilgileri</w:t>
      </w:r>
    </w:p>
    <w:p>
      <w:r>
        <w:t xml:space="preserve">Ödemeler, doğrudan </w:t>
      </w:r>
      <w:r>
        <w:rPr>
          <w:color w:val="1260A8"/>
        </w:rPr>
        <w:t>[Kliniğin yasal unvanı]</w:t>
      </w:r>
      <w:r>
        <w:t xml:space="preserve"> adına açılmış aşağıdaki banka hesabına havale ya da EFT ile yapılır. Açıklamaya teklif numarasını ve adınızı yazın; ödemeden sonra dekontu </w:t>
      </w:r>
      <w:r>
        <w:rPr>
          <w:color w:val="1260A8"/>
        </w:rPr>
        <w:t>[e-posta adresi / WhatsApp numarası]</w:t>
      </w:r>
      <w:r>
        <w:t xml:space="preserve"> üzerinden bize iletin.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7087"/>
      </w:tblGrid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Hesap sahibi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[Kliniğin yasal unvanı]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Banka ve şube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IBAN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[TR00 0000 0000 0000 0000 0000 00]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SWIFT / BIC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[....]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Hesabın para birimi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[TRY / EUR / GBP / USD]</w:t>
            </w:r>
          </w:p>
        </w:tc>
      </w:tr>
      <w:tr>
        <w:tc>
          <w:tcPr>
            <w:tcW w:type="dxa" w:w="2551"/>
            <w:shd w:val="clear" w:color="auto" w:fill="F4F7FA"/>
            <w:vAlign w:val="center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Açıklama</w:t>
            </w:r>
          </w:p>
        </w:tc>
        <w:tc>
          <w:tcPr>
            <w:tcW w:type="dxa" w:w="7087"/>
            <w:vAlign w:val="center"/>
          </w:tcPr>
          <w:p>
            <w:pPr>
              <w:spacing w:before="40" w:after="40" w:line="240" w:lineRule="auto"/>
            </w:pPr>
            <w:r>
              <w:rPr>
                <w:color w:val="1260A8"/>
                <w:sz w:val="18"/>
              </w:rPr>
              <w:t>[Teklif no]</w:t>
            </w:r>
            <w:r>
              <w:rPr>
                <w:sz w:val="18"/>
              </w:rPr>
              <w:t xml:space="preserve"> – </w:t>
            </w:r>
            <w:r>
              <w:rPr>
                <w:color w:val="1260A8"/>
                <w:sz w:val="18"/>
              </w:rPr>
              <w:t>[Ad soyad]</w:t>
            </w:r>
          </w:p>
        </w:tc>
      </w:tr>
    </w:tbl>
    <w:p>
      <w:pPr>
        <w:spacing w:after="40"/>
      </w:pPr>
    </w:p>
    <w:tbl>
      <w:tblPr>
        <w:tblW w:type="dxa" w:w="9639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tcBorders>
              <w:left w:val="single" w:sz="24" w:space="0" w:color="C98A00"/>
            </w:tcBorders>
            <w:shd w:val="clear" w:color="auto" w:fill="FFF4DB"/>
          </w:tcPr>
          <w:p>
            <w:pPr>
              <w:spacing w:before="80"/>
            </w:pPr>
            <w:r>
              <w:rPr>
                <w:b/>
                <w:color w:val="7A4B00"/>
              </w:rPr>
              <w:t>Güvenliğiniz için</w:t>
            </w:r>
          </w:p>
          <w:p>
            <w:pPr>
              <w:spacing w:after="80"/>
            </w:pPr>
            <w:r>
              <w:rPr>
                <w:color w:val="7A4B00"/>
                <w:sz w:val="19"/>
              </w:rPr>
              <w:t xml:space="preserve">Banka bilgilerimiz e-postayla ya da mesajla değişmez. Farklı bir hesap bildiren bir ileti alırsanız ödeme yapmadan önce bizi </w:t>
            </w:r>
            <w:r>
              <w:rPr>
                <w:color w:val="1260A8"/>
                <w:sz w:val="19"/>
              </w:rPr>
              <w:t>[telefon]</w:t>
            </w:r>
            <w:r>
              <w:rPr>
                <w:color w:val="7A4B00"/>
                <w:sz w:val="19"/>
              </w:rPr>
              <w:t xml:space="preserve"> numarasından arayın.</w:t>
            </w:r>
          </w:p>
        </w:tc>
      </w:tr>
    </w:tbl>
    <w:p>
      <w:pPr>
        <w:spacing w:after="40"/>
      </w:pPr>
    </w:p>
    <w:p>
      <w:pPr>
        <w:pStyle w:val="Heading2"/>
      </w:pPr>
      <w:r>
        <w:t>İptal, tarih değişikliği ve iade</w:t>
      </w:r>
    </w:p>
    <w:p>
      <w:r>
        <w:rPr>
          <w:color w:val="1260A8"/>
        </w:rPr>
        <w:t>[Kliniğinizin koşullarını buraya yazın. Örneğin: kaporanın hangi durumlarda ve ne kadar süre içinde iade edildiği; tarih değişikliğinin kaç gün öncesine kadar ücretsiz yapılabildiği; hekim muayenesinde tedavi uygun görülmezse ödenen tutara ne olduğu; iadenin hangi yolla ve ne kadar sürede yapıldığı. Koşullarınızı avukatınızla birlikte belirleyin.]</w:t>
      </w:r>
    </w:p>
    <w:p>
      <w:pPr>
        <w:pStyle w:val="Heading2"/>
      </w:pPr>
      <w:r>
        <w:t>Geçerlilik ve notlar</w:t>
      </w:r>
    </w:p>
    <w:p>
      <w:pPr>
        <w:pStyle w:val="ListBullet"/>
      </w:pPr>
      <w:r>
        <w:t xml:space="preserve">Bu teklif </w:t>
      </w:r>
      <w:r>
        <w:rPr>
          <w:color w:val="1260A8"/>
        </w:rPr>
        <w:t>[GG.AA.YYYY]</w:t>
      </w:r>
      <w:r>
        <w:t xml:space="preserve"> tarihine kadar geçerlidir.</w:t>
      </w:r>
    </w:p>
    <w:p>
      <w:pPr>
        <w:pStyle w:val="ListBullet"/>
      </w:pPr>
      <w:r>
        <w:t xml:space="preserve">Fiyatlara KDV </w:t>
      </w:r>
      <w:r>
        <w:rPr>
          <w:color w:val="1260A8"/>
        </w:rPr>
        <w:t>[dahildir / dahil değildir]</w:t>
      </w:r>
      <w:r>
        <w:t>.</w:t>
      </w:r>
    </w:p>
    <w:p>
      <w:pPr>
        <w:pStyle w:val="ListBullet"/>
      </w:pPr>
      <w:r>
        <w:t>Teklifte yazmayan kalemler fiyata dahil değildir.</w:t>
      </w:r>
    </w:p>
    <w:p>
      <w:pPr>
        <w:pStyle w:val="ListBullet"/>
      </w:pPr>
      <w:r>
        <w:rPr>
          <w:color w:val="1260A8"/>
        </w:rPr>
        <w:t>[Eklemek istediğiniz diğer notlar]</w:t>
      </w:r>
    </w:p>
    <w:p>
      <w:pPr>
        <w:pStyle w:val="Heading2"/>
      </w:pPr>
      <w:r>
        <w:t>Kabul</w:t>
      </w:r>
    </w:p>
    <w:p>
      <w:r>
        <w:t>Seçtiğim seçenek:     ☐ Seçenek A     ☐ Seçenek B</w:t>
      </w:r>
    </w:p>
    <w:p>
      <w:r>
        <w:t>Bu teklifi, ödeme planı ve iptal koşullarıyla birlikte okudum ve kabul ediyorum. Kesin tedavi planının hekim muayenesinden sonra belirleneceğini biliyorum.</w:t>
      </w:r>
    </w:p>
    <w:tbl>
      <w:tblPr>
        <w:tblW w:type="dxa" w:w="9639"/>
        <w:jc w:val="center"/>
        <w:tblBorders>
          <w:top w:val="single" w:sz="4" w:space="0" w:color="D5DEE7"/>
          <w:left w:val="single" w:sz="4" w:space="0" w:color="D5DEE7"/>
          <w:bottom w:val="single" w:sz="4" w:space="0" w:color="D5DEE7"/>
          <w:right w:val="single" w:sz="4" w:space="0" w:color="D5DEE7"/>
          <w:insideH w:val="single" w:sz="4" w:space="0" w:color="D5DEE7"/>
          <w:insideV w:val="single" w:sz="4" w:space="0" w:color="D5DEE7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Hasta</w:t>
            </w:r>
          </w:p>
        </w:tc>
        <w:tc>
          <w:tcPr>
            <w:tcW w:type="dxa" w:w="4819"/>
            <w:shd w:val="clear" w:color="auto" w:fill="1260A8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color w:val="FFFFFF"/>
                <w:sz w:val="18"/>
              </w:rPr>
              <w:t>Klinik adına</w:t>
            </w:r>
          </w:p>
        </w:tc>
      </w:tr>
      <w:tr>
        <w:trPr>
          <w:trHeight w:val="510" w:hRule="atLeast"/>
        </w:trPr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Ad soyad</w:t>
            </w:r>
          </w:p>
        </w:tc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Ad soyad</w:t>
            </w:r>
          </w:p>
        </w:tc>
      </w:tr>
      <w:tr>
        <w:trPr>
          <w:trHeight w:val="510" w:hRule="atLeast"/>
        </w:trPr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Tarih</w:t>
            </w:r>
          </w:p>
        </w:tc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Tarih</w:t>
            </w:r>
          </w:p>
        </w:tc>
      </w:tr>
      <w:tr>
        <w:trPr>
          <w:trHeight w:val="1020" w:hRule="atLeast"/>
        </w:trPr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İmza</w:t>
            </w:r>
          </w:p>
        </w:tc>
        <w:tc>
          <w:tcPr>
            <w:tcW w:type="dxa" w:w="4819"/>
            <w:vAlign w:val="top"/>
          </w:tcPr>
          <w:p>
            <w:pPr>
              <w:spacing w:before="40" w:after="40" w:line="240" w:lineRule="auto"/>
            </w:pPr>
            <w:r>
              <w:rPr>
                <w:color w:val="4E6070"/>
                <w:sz w:val="18"/>
              </w:rPr>
              <w:t>İmza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color w:val="4E6070"/>
        <w:sz w:val="16"/>
      </w:rPr>
      <w:t>Klinikbook — klinikbook.com</w:t>
      <w:tab/>
      <w:t xml:space="preserve">Sayfa </w:t>
    </w:r>
    <w:fldSimple w:instr="PAGE">
      <w:r>
        <w:rPr>
          <w:color w:val="4E6070"/>
          <w:sz w:val="16"/>
        </w:rPr>
        <w:t>1</w:t>
      </w:r>
    </w:fldSimple>
    <w:r>
      <w:rPr>
        <w:color w:val="4E6070"/>
        <w:sz w:val="16"/>
      </w:rPr>
      <w:t xml:space="preserve"> / </w:t>
    </w:r>
    <w:fldSimple w:instr="NUMPAGES">
      <w:r>
        <w:rPr>
          <w:color w:val="4E607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cs="Arial" w:eastAsia="Arial"/>
      <w:color w:val="0B1F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Arial" w:hAnsi="Arial" w:cs="Arial" w:eastAsia="Arial"/>
      <w:b/>
      <w:bCs/>
      <w:i w:val="0"/>
      <w:color w:val="0C3F7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260A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Arial" w:hAnsi="Arial" w:cs="Arial" w:eastAsia="Arial"/>
      <w:b/>
      <w:bCs/>
      <w:i w:val="0"/>
      <w:color w:val="0B1F33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Arial" w:hAnsi="Arial" w:cs="Arial" w:eastAsia="Arial"/>
      <w:b/>
      <w:i w:val="0"/>
      <w:color w:val="0C3F7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Tedavi teklif şablonu</dc:title>
  <dc:subject>Hastaya tedavi teklifi</dc:subject>
  <dc:creator>Klinikbook</dc:creator>
  <cp:keywords>Klinikbook</cp:keywords>
  <dc:description>Klinikbook — klinikbook.com</dc:description>
  <cp:lastModifiedBy>Klinikbook</cp:lastModifiedBy>
  <cp:revision>1</cp:revision>
  <dcterms:created xsi:type="dcterms:W3CDTF">2026-10-19T09:00:00Z</dcterms:created>
  <dcterms:modified xsi:type="dcterms:W3CDTF">2026-10-19T09:00:00Z</dcterms:modified>
  <cp:category>Şablon</cp:category>
  <dc:language>tr-TR</dc:language>
  <cp:lastPrinted>2026-10-19T09:00:00Z</cp:lastPrinted>
</cp:coreProperties>
</file>